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autoSpaceDN w:val="0"/>
        <w:autoSpaceDE w:val="0"/>
        <w:widowControl/>
        <w:spacing w:line="220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895350</wp:posOffset>
            </wp:positionV>
            <wp:extent cx="1530350" cy="1555750"/>
            <wp:wrapNone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15557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4445000</wp:posOffset>
            </wp:positionH>
            <wp:positionV relativeFrom="page">
              <wp:posOffset>895350</wp:posOffset>
            </wp:positionV>
            <wp:extent cx="1733550" cy="1473200"/>
            <wp:wrapNone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4732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200" w:after="0"/>
        <w:ind w:left="0" w:right="0"/>
      </w:pPr>
    </w:p>
    <w:p>
      <w:pPr>
        <w:autoSpaceDN w:val="0"/>
        <w:autoSpaceDE w:val="0"/>
        <w:widowControl/>
        <w:spacing w:line="244" w:lineRule="exact" w:before="0" w:after="0"/>
        <w:ind w:left="1976" w:right="0" w:firstLine="0"/>
        <w:jc w:val="left"/>
      </w:pPr>
      <w:r>
        <w:rPr>
          <w:spacing w:val="-10"/>
          <w:rFonts w:ascii="Aptos" w:hAnsi="Aptos" w:eastAsia="Aptos"/>
          <w:color w:val="000000"/>
          <w:sz w:val="36"/>
        </w:rPr>
        <w:t xml:space="preserve"> Instituto Nacional de Educación Diversificada INED </w:t>
      </w:r>
    </w:p>
    <w:p>
      <w:pPr>
        <w:autoSpaceDN w:val="0"/>
        <w:autoSpaceDE w:val="0"/>
        <w:widowControl/>
        <w:spacing w:line="302" w:lineRule="exact" w:before="428" w:after="0"/>
        <w:ind w:left="2932" w:right="0" w:firstLine="0"/>
        <w:jc w:val="left"/>
      </w:pPr>
      <w:r>
        <w:rPr>
          <w:spacing w:val="-10"/>
          <w:rFonts w:ascii="Aptos" w:hAnsi="Aptos" w:eastAsia="Aptos"/>
          <w:color w:val="000000"/>
          <w:sz w:val="36"/>
        </w:rPr>
        <w:t xml:space="preserve"> Santa Cruz Naranjo Santa Rosa </w:t>
      </w:r>
    </w:p>
    <w:p>
      <w:pPr>
        <w:autoSpaceDN w:val="0"/>
        <w:autoSpaceDE w:val="0"/>
        <w:widowControl/>
        <w:spacing w:line="246" w:lineRule="exact" w:before="366" w:after="0"/>
        <w:ind w:left="1460" w:right="0" w:firstLine="0"/>
        <w:jc w:val="left"/>
      </w:pPr>
      <w:r>
        <w:rPr>
          <w:spacing w:val="-10"/>
          <w:rFonts w:ascii="Aptos" w:hAnsi="Aptos" w:eastAsia="Aptos"/>
          <w:color w:val="000000"/>
          <w:sz w:val="36"/>
        </w:rPr>
        <w:t xml:space="preserve">Catedrático:Gustavo Blanco </w:t>
      </w:r>
    </w:p>
    <w:p>
      <w:pPr>
        <w:autoSpaceDN w:val="0"/>
        <w:autoSpaceDE w:val="0"/>
        <w:widowControl/>
        <w:spacing w:line="306" w:lineRule="exact" w:before="418" w:after="0"/>
        <w:ind w:left="1460" w:right="0" w:firstLine="0"/>
        <w:jc w:val="left"/>
      </w:pPr>
      <w:r>
        <w:rPr>
          <w:spacing w:val="-10"/>
          <w:rFonts w:ascii="Aptos" w:hAnsi="Aptos" w:eastAsia="Aptos"/>
          <w:color w:val="000000"/>
          <w:sz w:val="36"/>
        </w:rPr>
        <w:t xml:space="preserve">Grado: 5to Computación </w:t>
      </w:r>
    </w:p>
    <w:p>
      <w:pPr>
        <w:autoSpaceDN w:val="0"/>
        <w:autoSpaceDE w:val="0"/>
        <w:widowControl/>
        <w:spacing w:line="240" w:lineRule="exact" w:before="1040" w:after="0"/>
        <w:ind w:left="0" w:right="6246" w:firstLine="0"/>
        <w:jc w:val="right"/>
      </w:pPr>
      <w:r>
        <w:rPr>
          <w:spacing w:val="-10"/>
          <w:rFonts w:ascii="Aptos" w:hAnsi="Aptos" w:eastAsia="Aptos"/>
          <w:color w:val="000000"/>
          <w:sz w:val="36"/>
        </w:rPr>
        <w:t xml:space="preserve"> Tema </w:t>
      </w:r>
    </w:p>
    <w:p>
      <w:pPr>
        <w:autoSpaceDN w:val="0"/>
        <w:autoSpaceDE w:val="0"/>
        <w:widowControl/>
        <w:spacing w:line="240" w:lineRule="exact" w:before="430" w:after="0"/>
        <w:ind w:left="0" w:right="6364" w:firstLine="0"/>
        <w:jc w:val="right"/>
      </w:pPr>
      <w:r>
        <w:rPr>
          <w:spacing w:val="-10"/>
          <w:rFonts w:ascii="Aptos" w:hAnsi="Aptos" w:eastAsia="Aptos"/>
          <w:color w:val="000000"/>
          <w:sz w:val="36"/>
        </w:rPr>
        <w:t xml:space="preserve"> Inciso M </w:t>
      </w:r>
    </w:p>
    <w:p>
      <w:pPr>
        <w:autoSpaceDN w:val="0"/>
        <w:autoSpaceDE w:val="0"/>
        <w:widowControl/>
        <w:spacing w:line="304" w:lineRule="exact" w:before="426" w:after="0"/>
        <w:ind w:left="1460" w:right="0" w:firstLine="0"/>
        <w:jc w:val="left"/>
      </w:pPr>
      <w:r>
        <w:rPr>
          <w:spacing w:val="-10"/>
          <w:rFonts w:ascii="Aptos" w:hAnsi="Aptos" w:eastAsia="Aptos"/>
          <w:color w:val="000000"/>
          <w:sz w:val="36"/>
        </w:rPr>
        <w:t xml:space="preserve">Alumna:Andrea Guadalupe Ramírez Aquino </w:t>
      </w:r>
    </w:p>
    <w:p>
      <w:pPr>
        <w:autoSpaceDN w:val="0"/>
        <w:autoSpaceDE w:val="0"/>
        <w:widowControl/>
        <w:spacing w:line="240" w:lineRule="exact" w:before="366" w:after="0"/>
        <w:ind w:left="1460" w:right="0" w:firstLine="0"/>
        <w:jc w:val="left"/>
      </w:pPr>
      <w:r>
        <w:rPr>
          <w:spacing w:val="-10"/>
          <w:rFonts w:ascii="Aptos" w:hAnsi="Aptos" w:eastAsia="Aptos"/>
          <w:color w:val="000000"/>
          <w:sz w:val="36"/>
        </w:rPr>
        <w:t xml:space="preserve">ID:1672 </w:t>
      </w:r>
    </w:p>
    <w:p>
      <w:pPr>
        <w:autoSpaceDN w:val="0"/>
        <w:autoSpaceDE w:val="0"/>
        <w:widowControl/>
        <w:spacing w:line="240" w:lineRule="exact" w:before="3776" w:after="0"/>
        <w:ind w:left="1460" w:right="0" w:firstLine="0"/>
        <w:jc w:val="left"/>
      </w:pPr>
      <w:r>
        <w:rPr>
          <w:spacing w:val="-10"/>
          <w:rFonts w:ascii="Aptos" w:hAnsi="Aptos" w:eastAsia="Aptos"/>
          <w:color w:val="000000"/>
          <w:sz w:val="36"/>
        </w:rPr>
        <w:t xml:space="preserve">Fecha:18/07/2025 </w:t>
      </w:r>
    </w:p>
    <w:p>
      <w:pPr>
        <w:sectPr>
          <w:pgSz w:w="12240" w:h="15840"/>
          <w:pgMar w:top="240" w:right="240" w:bottom="226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74" w:after="0"/>
        <w:ind w:left="0" w:right="0"/>
      </w:pPr>
    </w:p>
    <w:p>
      <w:pPr>
        <w:autoSpaceDN w:val="0"/>
        <w:autoSpaceDE w:val="0"/>
        <w:widowControl/>
        <w:spacing w:line="308" w:lineRule="exact" w:before="0" w:after="0"/>
        <w:ind w:left="2782" w:right="0" w:firstLine="0"/>
        <w:jc w:val="left"/>
      </w:pPr>
      <w:r>
        <w:rPr>
          <w:spacing w:val="-10"/>
          <w:rFonts w:ascii="Aptos" w:hAnsi="Aptos" w:eastAsia="Aptos"/>
          <w:color w:val="000000"/>
          <w:sz w:val="36"/>
        </w:rPr>
        <w:t xml:space="preserve"> ¿Qué ES UN HOSTIN? </w:t>
      </w:r>
    </w:p>
    <w:p>
      <w:pPr>
        <w:autoSpaceDN w:val="0"/>
        <w:autoSpaceDE w:val="0"/>
        <w:widowControl/>
        <w:spacing w:line="508" w:lineRule="exact" w:before="832" w:after="0"/>
        <w:ind w:left="1460" w:right="1296" w:firstLine="0"/>
        <w:jc w:val="left"/>
      </w:pPr>
      <w:r>
        <w:rPr>
          <w:spacing w:val="-10"/>
          <w:rFonts w:ascii="Aptos" w:hAnsi="Aptos" w:eastAsia="Aptos"/>
          <w:color w:val="000000"/>
          <w:sz w:val="36"/>
        </w:rPr>
        <w:t xml:space="preserve">El hosting es un servicio de alojamiento web que te </w:t>
      </w:r>
      <w:r>
        <w:br/>
      </w:r>
      <w:r>
        <w:rPr>
          <w:spacing w:val="-10"/>
          <w:rFonts w:ascii="Aptos" w:hAnsi="Aptos" w:eastAsia="Aptos"/>
          <w:color w:val="000000"/>
          <w:sz w:val="36"/>
        </w:rPr>
        <w:t xml:space="preserve">permite almacenar los archivos de tu página y subirlos a </w:t>
      </w:r>
      <w:r>
        <w:br/>
      </w:r>
      <w:r>
        <w:rPr>
          <w:spacing w:val="-10"/>
          <w:rFonts w:ascii="Aptos" w:hAnsi="Aptos" w:eastAsia="Aptos"/>
          <w:color w:val="000000"/>
          <w:sz w:val="36"/>
        </w:rPr>
        <w:t xml:space="preserve">Internet. Cuando alguien teclea el nombre de dominio de </w:t>
      </w:r>
      <w:r>
        <w:br/>
      </w:r>
      <w:r>
        <w:rPr>
          <w:spacing w:val="-10"/>
          <w:rFonts w:ascii="Aptos" w:hAnsi="Aptos" w:eastAsia="Aptos"/>
          <w:color w:val="000000"/>
          <w:sz w:val="36"/>
        </w:rPr>
        <w:t xml:space="preserve">tu sitio web en su navegador, en realidad se está </w:t>
      </w:r>
    </w:p>
    <w:p>
      <w:pPr>
        <w:autoSpaceDN w:val="0"/>
        <w:autoSpaceDE w:val="0"/>
        <w:widowControl/>
        <w:spacing w:line="440" w:lineRule="exact" w:before="106" w:after="0"/>
        <w:ind w:left="1460" w:right="0" w:firstLine="0"/>
        <w:jc w:val="left"/>
      </w:pPr>
      <w:r>
        <w:rPr>
          <w:spacing w:val="-10"/>
          <w:rFonts w:ascii="Aptos" w:hAnsi="Aptos" w:eastAsia="Aptos"/>
          <w:color w:val="000000"/>
          <w:sz w:val="36"/>
        </w:rPr>
        <w:t xml:space="preserve">dirigiendo a un servidor específico: la unidad de </w:t>
      </w:r>
    </w:p>
    <w:p>
      <w:pPr>
        <w:autoSpaceDN w:val="0"/>
        <w:autoSpaceDE w:val="0"/>
        <w:widowControl/>
        <w:spacing w:line="504" w:lineRule="exact" w:before="0" w:after="0"/>
        <w:ind w:left="1460" w:right="1296" w:firstLine="0"/>
        <w:jc w:val="left"/>
      </w:pPr>
      <w:r>
        <w:rPr>
          <w:spacing w:val="-10"/>
          <w:rFonts w:ascii="Aptos" w:hAnsi="Aptos" w:eastAsia="Aptos"/>
          <w:color w:val="000000"/>
          <w:sz w:val="36"/>
        </w:rPr>
        <w:t xml:space="preserve">almacenamiento digital de tu sitio web. Este servidor </w:t>
      </w:r>
      <w:r>
        <w:br/>
      </w:r>
      <w:r>
        <w:rPr>
          <w:spacing w:val="-10"/>
          <w:rFonts w:ascii="Aptos" w:hAnsi="Aptos" w:eastAsia="Aptos"/>
          <w:color w:val="000000"/>
          <w:sz w:val="36"/>
        </w:rPr>
        <w:t xml:space="preserve">contiene todos los elementos de tu página, desde texto e </w:t>
      </w:r>
      <w:r>
        <w:br/>
      </w:r>
      <w:r>
        <w:rPr>
          <w:spacing w:val="-10"/>
          <w:rFonts w:ascii="Aptos" w:hAnsi="Aptos" w:eastAsia="Aptos"/>
          <w:color w:val="000000"/>
          <w:sz w:val="36"/>
        </w:rPr>
        <w:t xml:space="preserve">imágenes hasta código y videos. Tiene una dirección </w:t>
      </w:r>
      <w:r>
        <w:br/>
      </w:r>
      <w:r>
        <w:rPr>
          <w:spacing w:val="-10"/>
          <w:rFonts w:ascii="Aptos" w:hAnsi="Aptos" w:eastAsia="Aptos"/>
          <w:color w:val="000000"/>
          <w:sz w:val="36"/>
        </w:rPr>
        <w:t xml:space="preserve">digital única llamada dirección IP, a la que los usuarios </w:t>
      </w:r>
      <w:r>
        <w:br/>
      </w:r>
      <w:r>
        <w:rPr>
          <w:spacing w:val="-10"/>
          <w:rFonts w:ascii="Aptos" w:hAnsi="Aptos" w:eastAsia="Aptos"/>
          <w:color w:val="000000"/>
          <w:sz w:val="36"/>
        </w:rPr>
        <w:t xml:space="preserve">pueden acceder escribiendo el nombre de dominio en su </w:t>
      </w:r>
      <w:r>
        <w:br/>
      </w:r>
      <w:r>
        <w:rPr>
          <w:spacing w:val="-10"/>
          <w:rFonts w:ascii="Aptos" w:hAnsi="Aptos" w:eastAsia="Aptos"/>
          <w:color w:val="000000"/>
          <w:sz w:val="36"/>
        </w:rPr>
        <w:t xml:space="preserve">navegador. </w:t>
      </w:r>
    </w:p>
    <w:p>
      <w:pPr>
        <w:autoSpaceDN w:val="0"/>
        <w:autoSpaceDE w:val="0"/>
        <w:widowControl/>
        <w:spacing w:line="308" w:lineRule="exact" w:before="362" w:after="0"/>
        <w:ind w:left="1460" w:right="0" w:firstLine="0"/>
        <w:jc w:val="left"/>
      </w:pPr>
      <w:r>
        <w:rPr>
          <w:spacing w:val="-10"/>
          <w:rFonts w:ascii="Aptos" w:hAnsi="Aptos" w:eastAsia="Aptos"/>
          <w:color w:val="000000"/>
          <w:sz w:val="36"/>
        </w:rPr>
        <w:t xml:space="preserve">. Cómo funciona el hosting </w:t>
      </w:r>
    </w:p>
    <w:p>
      <w:pPr>
        <w:autoSpaceDN w:val="0"/>
        <w:autoSpaceDE w:val="0"/>
        <w:widowControl/>
        <w:spacing w:line="508" w:lineRule="exact" w:before="162" w:after="0"/>
        <w:ind w:left="1460" w:right="1440" w:firstLine="0"/>
        <w:jc w:val="left"/>
      </w:pPr>
      <w:r>
        <w:rPr>
          <w:spacing w:val="-10"/>
          <w:rFonts w:ascii="Aptos" w:hAnsi="Aptos" w:eastAsia="Aptos"/>
          <w:color w:val="000000"/>
          <w:sz w:val="36"/>
        </w:rPr>
        <w:t xml:space="preserve">Cuando alguien introduce la dirección de tu página web </w:t>
      </w:r>
      <w:r>
        <w:br/>
      </w:r>
      <w:r>
        <w:rPr>
          <w:spacing w:val="-10"/>
          <w:rFonts w:ascii="Aptos" w:hAnsi="Aptos" w:eastAsia="Aptos"/>
          <w:color w:val="000000"/>
          <w:sz w:val="36"/>
        </w:rPr>
        <w:t xml:space="preserve">en su navegador o pulsa en un enlace que le dirige a </w:t>
      </w:r>
      <w:r>
        <w:br/>
      </w:r>
      <w:r>
        <w:rPr>
          <w:spacing w:val="-10"/>
          <w:rFonts w:ascii="Aptos" w:hAnsi="Aptos" w:eastAsia="Aptos"/>
          <w:color w:val="000000"/>
          <w:sz w:val="36"/>
        </w:rPr>
        <w:t xml:space="preserve">esta, su dispositivo se comunica con el servidor donde </w:t>
      </w:r>
      <w:r>
        <w:br/>
      </w:r>
      <w:r>
        <w:rPr>
          <w:spacing w:val="-10"/>
          <w:rFonts w:ascii="Aptos" w:hAnsi="Aptos" w:eastAsia="Aptos"/>
          <w:color w:val="000000"/>
          <w:sz w:val="36"/>
        </w:rPr>
        <w:t xml:space="preserve">está almacenado tu sitio web. Este servidor, una </w:t>
      </w:r>
      <w:r>
        <w:br/>
      </w:r>
      <w:r>
        <w:rPr>
          <w:spacing w:val="-10"/>
          <w:rFonts w:ascii="Aptos" w:hAnsi="Aptos" w:eastAsia="Aptos"/>
          <w:color w:val="000000"/>
          <w:sz w:val="36"/>
        </w:rPr>
        <w:t xml:space="preserve">computadora o un programa informático siempre activo, </w:t>
      </w:r>
      <w:r>
        <w:br/>
      </w:r>
      <w:r>
        <w:rPr>
          <w:spacing w:val="-10"/>
          <w:rFonts w:ascii="Aptos" w:hAnsi="Aptos" w:eastAsia="Aptos"/>
          <w:color w:val="000000"/>
          <w:sz w:val="36"/>
        </w:rPr>
        <w:t xml:space="preserve">devolverá los archivos necesarios para mostrar tu página </w:t>
      </w:r>
      <w:r>
        <w:br/>
      </w:r>
      <w:r>
        <w:rPr>
          <w:spacing w:val="-10"/>
          <w:rFonts w:ascii="Aptos" w:hAnsi="Aptos" w:eastAsia="Aptos"/>
          <w:color w:val="000000"/>
          <w:sz w:val="36"/>
        </w:rPr>
        <w:t xml:space="preserve">web en la computadora o el dispositivo del visitante. </w:t>
      </w:r>
    </w:p>
    <w:p>
      <w:pPr>
        <w:autoSpaceDN w:val="0"/>
        <w:autoSpaceDE w:val="0"/>
        <w:widowControl/>
        <w:spacing w:line="440" w:lineRule="exact" w:before="104" w:after="0"/>
        <w:ind w:left="1460" w:right="0" w:firstLine="0"/>
        <w:jc w:val="left"/>
      </w:pPr>
      <w:r>
        <w:rPr>
          <w:spacing w:val="-10"/>
          <w:rFonts w:ascii="Aptos" w:hAnsi="Aptos" w:eastAsia="Aptos"/>
          <w:color w:val="000000"/>
          <w:sz w:val="36"/>
        </w:rPr>
        <w:t xml:space="preserve">Optar por un servicio de hosting significa básicamente </w:t>
      </w:r>
    </w:p>
    <w:p>
      <w:pPr>
        <w:autoSpaceDN w:val="0"/>
        <w:autoSpaceDE w:val="0"/>
        <w:widowControl/>
        <w:spacing w:line="492" w:lineRule="exact" w:before="0" w:after="0"/>
        <w:ind w:left="1460" w:right="1584" w:firstLine="0"/>
        <w:jc w:val="left"/>
      </w:pPr>
      <w:r>
        <w:rPr>
          <w:spacing w:val="-10"/>
          <w:rFonts w:ascii="Aptos" w:hAnsi="Aptos" w:eastAsia="Aptos"/>
          <w:color w:val="000000"/>
          <w:sz w:val="36"/>
        </w:rPr>
        <w:t xml:space="preserve">alquilar un espacio en estos servidores para almacenar </w:t>
      </w:r>
      <w:r>
        <w:br/>
      </w:r>
      <w:r>
        <w:rPr>
          <w:spacing w:val="-10"/>
          <w:rFonts w:ascii="Aptos" w:hAnsi="Aptos" w:eastAsia="Aptos"/>
          <w:color w:val="000000"/>
          <w:sz w:val="36"/>
        </w:rPr>
        <w:t xml:space="preserve">todos los archivos y datos de tu sitio web. </w:t>
      </w:r>
    </w:p>
    <w:p>
      <w:pPr>
        <w:sectPr>
          <w:pgSz w:w="12240" w:h="15840"/>
          <w:pgMar w:top="240" w:right="240" w:bottom="166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74" w:after="0"/>
        <w:ind w:left="0" w:right="0"/>
      </w:pPr>
    </w:p>
    <w:p>
      <w:pPr>
        <w:autoSpaceDN w:val="0"/>
        <w:autoSpaceDE w:val="0"/>
        <w:widowControl/>
        <w:spacing w:line="308" w:lineRule="exact" w:before="0" w:after="0"/>
        <w:ind w:left="0" w:right="3910" w:firstLine="0"/>
        <w:jc w:val="right"/>
      </w:pPr>
      <w:r>
        <w:rPr>
          <w:spacing w:val="-10"/>
          <w:rFonts w:ascii="Aptos" w:hAnsi="Aptos" w:eastAsia="Aptos"/>
          <w:color w:val="000000"/>
          <w:sz w:val="36"/>
        </w:rPr>
        <w:t xml:space="preserve"> ¿Qué ES ORACLE DATA BASE? </w:t>
      </w:r>
    </w:p>
    <w:p>
      <w:pPr>
        <w:autoSpaceDN w:val="0"/>
        <w:autoSpaceDE w:val="0"/>
        <w:widowControl/>
        <w:spacing w:line="512" w:lineRule="exact" w:before="154" w:after="0"/>
        <w:ind w:left="1460" w:right="1440" w:firstLine="0"/>
        <w:jc w:val="left"/>
      </w:pPr>
      <w:r>
        <w:rPr>
          <w:spacing w:val="-10"/>
          <w:rFonts w:ascii="Aptos" w:hAnsi="Aptos" w:eastAsia="Aptos"/>
          <w:color w:val="000000"/>
          <w:sz w:val="36"/>
        </w:rPr>
        <w:t xml:space="preserve">Oracle Database es el producto estrella de Oracle. Es un </w:t>
      </w:r>
      <w:r>
        <w:br/>
      </w:r>
      <w:r>
        <w:rPr>
          <w:spacing w:val="-10"/>
          <w:rFonts w:ascii="Aptos" w:hAnsi="Aptos" w:eastAsia="Aptos"/>
          <w:color w:val="000000"/>
          <w:sz w:val="36"/>
        </w:rPr>
        <w:t xml:space="preserve">popular sistema de gestión y almacenamiento de bases </w:t>
      </w:r>
      <w:r>
        <w:br/>
      </w:r>
      <w:r>
        <w:rPr>
          <w:spacing w:val="-10"/>
          <w:rFonts w:ascii="Aptos" w:hAnsi="Aptos" w:eastAsia="Aptos"/>
          <w:color w:val="000000"/>
          <w:sz w:val="36"/>
        </w:rPr>
        <w:t xml:space="preserve">de datos empleado por organizaciones de todo el mundo </w:t>
      </w:r>
      <w:r>
        <w:br/>
      </w:r>
      <w:r>
        <w:rPr>
          <w:spacing w:val="-10"/>
          <w:rFonts w:ascii="Aptos" w:hAnsi="Aptos" w:eastAsia="Aptos"/>
          <w:color w:val="000000"/>
          <w:sz w:val="36"/>
        </w:rPr>
        <w:t xml:space="preserve">para gestionar y almacenar sus datos. </w:t>
      </w:r>
    </w:p>
    <w:p>
      <w:pPr>
        <w:autoSpaceDN w:val="0"/>
        <w:autoSpaceDE w:val="0"/>
        <w:widowControl/>
        <w:spacing w:line="510" w:lineRule="exact" w:before="152" w:after="0"/>
        <w:ind w:left="1460" w:right="1584" w:firstLine="0"/>
        <w:jc w:val="left"/>
      </w:pPr>
      <w:r>
        <w:rPr>
          <w:spacing w:val="-10"/>
          <w:rFonts w:ascii="Aptos" w:hAnsi="Aptos" w:eastAsia="Aptos"/>
          <w:color w:val="000000"/>
          <w:sz w:val="36"/>
        </w:rPr>
        <w:t xml:space="preserve">Emplea SQL para la manipulación y las consultas, y fue </w:t>
      </w:r>
      <w:r>
        <w:br/>
      </w:r>
      <w:r>
        <w:rPr>
          <w:spacing w:val="-10"/>
          <w:rFonts w:ascii="Aptos" w:hAnsi="Aptos" w:eastAsia="Aptos"/>
          <w:color w:val="000000"/>
          <w:sz w:val="36"/>
        </w:rPr>
        <w:t xml:space="preserve">la primera base de datos de este tipo que se ofrece para </w:t>
      </w:r>
      <w:r>
        <w:br/>
      </w:r>
      <w:r>
        <w:rPr>
          <w:spacing w:val="-10"/>
          <w:rFonts w:ascii="Aptos" w:hAnsi="Aptos" w:eastAsia="Aptos"/>
          <w:color w:val="000000"/>
          <w:sz w:val="36"/>
        </w:rPr>
        <w:t xml:space="preserve">su lanzamiento comercial. Oracle Database se puede </w:t>
      </w:r>
      <w:r>
        <w:br/>
      </w:r>
      <w:r>
        <w:rPr>
          <w:spacing w:val="-10"/>
          <w:rFonts w:ascii="Aptos" w:hAnsi="Aptos" w:eastAsia="Aptos"/>
          <w:color w:val="000000"/>
          <w:sz w:val="36"/>
        </w:rPr>
        <w:t xml:space="preserve">ejecutar en Linux o Microsoft Windows. </w:t>
      </w:r>
    </w:p>
    <w:p>
      <w:pPr>
        <w:autoSpaceDN w:val="0"/>
        <w:autoSpaceDE w:val="0"/>
        <w:widowControl/>
        <w:spacing w:line="246" w:lineRule="exact" w:before="366" w:after="0"/>
        <w:ind w:left="1460" w:right="0" w:firstLine="0"/>
        <w:jc w:val="left"/>
      </w:pPr>
      <w:r>
        <w:rPr>
          <w:spacing w:val="-10"/>
          <w:rFonts w:ascii="Aptos" w:hAnsi="Aptos" w:eastAsia="Aptos"/>
          <w:color w:val="000000"/>
          <w:sz w:val="36"/>
        </w:rPr>
        <w:t xml:space="preserve">Las características de Oracle Oracle Database está </w:t>
      </w:r>
    </w:p>
    <w:p>
      <w:pPr>
        <w:autoSpaceDN w:val="0"/>
        <w:autoSpaceDE w:val="0"/>
        <w:widowControl/>
        <w:spacing w:line="512" w:lineRule="exact" w:before="52" w:after="0"/>
        <w:ind w:left="1460" w:right="1440" w:firstLine="0"/>
        <w:jc w:val="left"/>
      </w:pPr>
      <w:r>
        <w:rPr>
          <w:spacing w:val="-10"/>
          <w:rFonts w:ascii="Aptos" w:hAnsi="Aptos" w:eastAsia="Aptos"/>
          <w:color w:val="000000"/>
          <w:sz w:val="36"/>
        </w:rPr>
        <w:t xml:space="preserve">diseñado para un alto nivel de rendimiento operativo con </w:t>
      </w:r>
      <w:r>
        <w:br/>
      </w:r>
      <w:r>
        <w:rPr>
          <w:spacing w:val="-10"/>
          <w:rFonts w:ascii="Aptos" w:hAnsi="Aptos" w:eastAsia="Aptos"/>
          <w:color w:val="000000"/>
          <w:sz w:val="36"/>
        </w:rPr>
        <w:t xml:space="preserve">características como la data replication, copia de </w:t>
      </w:r>
      <w:r>
        <w:br/>
      </w:r>
      <w:r>
        <w:rPr>
          <w:spacing w:val="-10"/>
          <w:rFonts w:ascii="Aptos" w:hAnsi="Aptos" w:eastAsia="Aptos"/>
          <w:color w:val="000000"/>
          <w:sz w:val="36"/>
        </w:rPr>
        <w:t xml:space="preserve">seguridad y agrupación de servidores. </w:t>
      </w:r>
    </w:p>
    <w:p>
      <w:pPr>
        <w:autoSpaceDN w:val="0"/>
        <w:autoSpaceDE w:val="0"/>
        <w:widowControl/>
        <w:spacing w:line="302" w:lineRule="exact" w:before="364" w:after="0"/>
        <w:ind w:left="1460" w:right="0" w:firstLine="0"/>
        <w:jc w:val="left"/>
      </w:pPr>
      <w:r>
        <w:rPr>
          <w:spacing w:val="-10"/>
          <w:rFonts w:ascii="Aptos" w:hAnsi="Aptos" w:eastAsia="Aptos"/>
          <w:color w:val="000000"/>
          <w:sz w:val="36"/>
        </w:rPr>
        <w:t xml:space="preserve">Escalabilidad: Oracle Database es capaz de ejecutarse </w:t>
      </w:r>
    </w:p>
    <w:p>
      <w:pPr>
        <w:autoSpaceDN w:val="0"/>
        <w:autoSpaceDE w:val="0"/>
        <w:widowControl/>
        <w:spacing w:line="246" w:lineRule="exact" w:before="206" w:after="0"/>
        <w:ind w:left="1460" w:right="0" w:firstLine="0"/>
        <w:jc w:val="left"/>
      </w:pPr>
      <w:r>
        <w:rPr>
          <w:spacing w:val="-10"/>
          <w:rFonts w:ascii="Aptos" w:hAnsi="Aptos" w:eastAsia="Aptos"/>
          <w:color w:val="000000"/>
          <w:sz w:val="36"/>
        </w:rPr>
        <w:t xml:space="preserve">en un único servidor o en una base de datos distribuida </w:t>
      </w:r>
    </w:p>
    <w:p>
      <w:pPr>
        <w:autoSpaceDN w:val="0"/>
        <w:autoSpaceDE w:val="0"/>
        <w:widowControl/>
        <w:spacing w:line="242" w:lineRule="exact" w:before="268" w:after="0"/>
        <w:ind w:left="1460" w:right="0" w:firstLine="0"/>
        <w:jc w:val="left"/>
      </w:pPr>
      <w:r>
        <w:rPr>
          <w:spacing w:val="-10"/>
          <w:rFonts w:ascii="Aptos" w:hAnsi="Aptos" w:eastAsia="Aptos"/>
          <w:color w:val="000000"/>
          <w:sz w:val="36"/>
        </w:rPr>
        <w:t xml:space="preserve">masiva. </w:t>
      </w:r>
    </w:p>
    <w:p>
      <w:pPr>
        <w:sectPr>
          <w:pgSz w:w="12240" w:h="15840"/>
          <w:pgMar w:top="240" w:right="240" w:bottom="240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74" w:after="0"/>
        <w:ind w:left="0" w:right="0"/>
      </w:pPr>
    </w:p>
    <w:p>
      <w:pPr>
        <w:autoSpaceDN w:val="0"/>
        <w:autoSpaceDE w:val="0"/>
        <w:widowControl/>
        <w:spacing w:line="308" w:lineRule="exact" w:before="0" w:after="0"/>
        <w:ind w:left="1976" w:right="0" w:firstLine="0"/>
        <w:jc w:val="left"/>
      </w:pPr>
      <w:r>
        <w:rPr>
          <w:spacing w:val="-10"/>
          <w:rFonts w:ascii="Aptos" w:hAnsi="Aptos" w:eastAsia="Aptos"/>
          <w:color w:val="000000"/>
          <w:sz w:val="36"/>
        </w:rPr>
        <w:t xml:space="preserve"> ¿Qué ES FPDF Y COMO SE IMPLEMENTAR EN PHP? </w:t>
      </w:r>
    </w:p>
    <w:p>
      <w:pPr>
        <w:autoSpaceDN w:val="0"/>
        <w:autoSpaceDE w:val="0"/>
        <w:widowControl/>
        <w:spacing w:line="492" w:lineRule="exact" w:before="848" w:after="0"/>
        <w:ind w:left="1460" w:right="1584" w:firstLine="0"/>
        <w:jc w:val="left"/>
      </w:pPr>
      <w:r>
        <w:rPr>
          <w:spacing w:val="-10"/>
          <w:rFonts w:ascii="Aptos" w:hAnsi="Aptos" w:eastAsia="Aptos"/>
          <w:color w:val="000000"/>
          <w:sz w:val="36"/>
        </w:rPr>
        <w:t xml:space="preserve">FPDF es una clase escrita en PHP que permite generar </w:t>
      </w:r>
      <w:r>
        <w:br/>
      </w:r>
      <w:r>
        <w:rPr>
          <w:spacing w:val="-10"/>
          <w:rFonts w:ascii="Aptos" w:hAnsi="Aptos" w:eastAsia="Aptos"/>
          <w:color w:val="000000"/>
          <w:sz w:val="36"/>
        </w:rPr>
        <w:t xml:space="preserve">documentos PDF directamente desde PHP, es decir, sin </w:t>
      </w:r>
    </w:p>
    <w:p>
      <w:pPr>
        <w:autoSpaceDN w:val="0"/>
        <w:autoSpaceDE w:val="0"/>
        <w:widowControl/>
        <w:spacing w:line="440" w:lineRule="exact" w:before="124" w:after="0"/>
        <w:ind w:left="1460" w:right="0" w:firstLine="0"/>
        <w:jc w:val="left"/>
      </w:pPr>
      <w:r>
        <w:rPr>
          <w:spacing w:val="-10"/>
          <w:rFonts w:ascii="Aptos" w:hAnsi="Aptos" w:eastAsia="Aptos"/>
          <w:color w:val="000000"/>
          <w:sz w:val="36"/>
        </w:rPr>
        <w:t xml:space="preserve">usar la biblioteca PDFlib. La F de FPDF significa Free </w:t>
      </w:r>
    </w:p>
    <w:p>
      <w:pPr>
        <w:autoSpaceDN w:val="0"/>
        <w:autoSpaceDE w:val="0"/>
        <w:widowControl/>
        <w:spacing w:line="304" w:lineRule="exact" w:before="166" w:after="0"/>
        <w:ind w:left="1460" w:right="0" w:firstLine="0"/>
        <w:jc w:val="left"/>
      </w:pPr>
      <w:r>
        <w:rPr>
          <w:spacing w:val="-10"/>
          <w:rFonts w:ascii="Aptos" w:hAnsi="Aptos" w:eastAsia="Aptos"/>
          <w:color w:val="000000"/>
          <w:sz w:val="36"/>
        </w:rPr>
        <w:t xml:space="preserve">(gratis y libre): puede usted usarla para cualquier </w:t>
      </w:r>
    </w:p>
    <w:p>
      <w:pPr>
        <w:autoSpaceDN w:val="0"/>
        <w:autoSpaceDE w:val="0"/>
        <w:widowControl/>
        <w:spacing w:line="440" w:lineRule="exact" w:before="106" w:after="0"/>
        <w:ind w:left="1460" w:right="0" w:firstLine="0"/>
        <w:jc w:val="left"/>
      </w:pPr>
      <w:r>
        <w:rPr>
          <w:spacing w:val="-10"/>
          <w:rFonts w:ascii="Aptos" w:hAnsi="Aptos" w:eastAsia="Aptos"/>
          <w:color w:val="000000"/>
          <w:sz w:val="36"/>
        </w:rPr>
        <w:t xml:space="preserve">propósito y modificarla a su gusto para satisfacer sus </w:t>
      </w:r>
    </w:p>
    <w:p>
      <w:pPr>
        <w:autoSpaceDN w:val="0"/>
        <w:autoSpaceDE w:val="0"/>
        <w:widowControl/>
        <w:spacing w:line="242" w:lineRule="exact" w:before="170" w:after="0"/>
        <w:ind w:left="1460" w:right="0" w:firstLine="0"/>
        <w:jc w:val="left"/>
      </w:pPr>
      <w:r>
        <w:rPr>
          <w:spacing w:val="-10"/>
          <w:rFonts w:ascii="Aptos" w:hAnsi="Aptos" w:eastAsia="Aptos"/>
          <w:color w:val="000000"/>
          <w:sz w:val="36"/>
        </w:rPr>
        <w:t xml:space="preserve">necesidades. </w:t>
      </w:r>
    </w:p>
    <w:p>
      <w:pPr>
        <w:autoSpaceDN w:val="0"/>
        <w:autoSpaceDE w:val="0"/>
        <w:widowControl/>
        <w:spacing w:line="510" w:lineRule="exact" w:before="218" w:after="0"/>
        <w:ind w:left="1460" w:right="1728" w:firstLine="0"/>
        <w:jc w:val="left"/>
      </w:pPr>
      <w:r>
        <w:rPr>
          <w:spacing w:val="-10"/>
          <w:rFonts w:ascii="Aptos" w:hAnsi="Aptos" w:eastAsia="Aptos"/>
          <w:color w:val="000000"/>
          <w:sz w:val="36"/>
        </w:rPr>
        <w:t xml:space="preserve">FPDF tiene otras ventajas: funciones de alto nivel. Esta </w:t>
      </w:r>
      <w:r>
        <w:br/>
      </w:r>
      <w:r>
        <w:rPr>
          <w:spacing w:val="-10"/>
          <w:rFonts w:ascii="Aptos" w:hAnsi="Aptos" w:eastAsia="Aptos"/>
          <w:color w:val="000000"/>
          <w:sz w:val="36"/>
        </w:rPr>
        <w:t xml:space="preserve">es una lista de sus principales características </w:t>
      </w:r>
    </w:p>
    <w:p>
      <w:pPr>
        <w:autoSpaceDN w:val="0"/>
        <w:autoSpaceDE w:val="0"/>
        <w:widowControl/>
        <w:spacing w:line="506" w:lineRule="exact" w:before="164" w:after="0"/>
        <w:ind w:left="1460" w:right="1584" w:firstLine="0"/>
        <w:jc w:val="left"/>
      </w:pPr>
      <w:r>
        <w:rPr>
          <w:spacing w:val="-10"/>
          <w:rFonts w:ascii="Aptos" w:hAnsi="Aptos" w:eastAsia="Aptos"/>
          <w:color w:val="000000"/>
          <w:sz w:val="36"/>
        </w:rPr>
        <w:t xml:space="preserve">FPDF es una clase PHP que le permite generar archivos </w:t>
      </w:r>
      <w:r>
        <w:br/>
      </w:r>
      <w:r>
        <w:rPr>
          <w:spacing w:val="-10"/>
          <w:rFonts w:ascii="Aptos" w:hAnsi="Aptos" w:eastAsia="Aptos"/>
          <w:color w:val="000000"/>
          <w:sz w:val="36"/>
        </w:rPr>
        <w:t xml:space="preserve">PDF y no depende de bibliotecas PHP adicionales. </w:t>
      </w:r>
    </w:p>
    <w:p>
      <w:pPr>
        <w:autoSpaceDN w:val="0"/>
        <w:autoSpaceDE w:val="0"/>
        <w:widowControl/>
        <w:spacing w:line="308" w:lineRule="exact" w:before="366" w:after="0"/>
        <w:ind w:left="1460" w:right="0" w:firstLine="0"/>
        <w:jc w:val="left"/>
      </w:pPr>
      <w:r>
        <w:rPr>
          <w:spacing w:val="-10"/>
          <w:rFonts w:ascii="Aptos" w:hAnsi="Aptos" w:eastAsia="Aptos"/>
          <w:color w:val="000000"/>
          <w:sz w:val="36"/>
        </w:rPr>
        <w:t xml:space="preserve">FPDF es gratuito y se puede descargar desde la sección </w:t>
      </w:r>
    </w:p>
    <w:p>
      <w:pPr>
        <w:autoSpaceDN w:val="0"/>
        <w:autoSpaceDE w:val="0"/>
        <w:widowControl/>
        <w:spacing w:line="440" w:lineRule="exact" w:before="106" w:after="0"/>
        <w:ind w:left="1460" w:right="0" w:firstLine="0"/>
        <w:jc w:val="left"/>
      </w:pPr>
      <w:r>
        <w:rPr>
          <w:spacing w:val="-10"/>
          <w:rFonts w:ascii="Aptos" w:hAnsi="Aptos" w:eastAsia="Aptos"/>
          <w:color w:val="000000"/>
          <w:sz w:val="36"/>
        </w:rPr>
        <w:t xml:space="preserve">de descargas del sitio web oficial . El paquete de </w:t>
      </w:r>
    </w:p>
    <w:p>
      <w:pPr>
        <w:autoSpaceDN w:val="0"/>
        <w:autoSpaceDE w:val="0"/>
        <w:widowControl/>
        <w:spacing w:line="492" w:lineRule="exact" w:before="0" w:after="0"/>
        <w:ind w:left="1460" w:right="1728" w:firstLine="0"/>
        <w:jc w:val="left"/>
      </w:pPr>
      <w:r>
        <w:rPr>
          <w:spacing w:val="-10"/>
          <w:rFonts w:ascii="Aptos" w:hAnsi="Aptos" w:eastAsia="Aptos"/>
          <w:color w:val="000000"/>
          <w:sz w:val="36"/>
        </w:rPr>
        <w:t xml:space="preserve">descarga contiene todos los archivos necesarios, junto </w:t>
      </w:r>
      <w:r>
        <w:br/>
      </w:r>
      <w:r>
        <w:rPr>
          <w:spacing w:val="-10"/>
          <w:rFonts w:ascii="Aptos" w:hAnsi="Aptos" w:eastAsia="Aptos"/>
          <w:color w:val="000000"/>
          <w:sz w:val="36"/>
        </w:rPr>
        <w:t xml:space="preserve">con algunos tutoriales sobre su uso. </w:t>
      </w:r>
    </w:p>
    <w:p>
      <w:pPr>
        <w:autoSpaceDN w:val="0"/>
        <w:autoSpaceDE w:val="0"/>
        <w:widowControl/>
        <w:spacing w:line="510" w:lineRule="exact" w:before="152" w:after="0"/>
        <w:ind w:left="1460" w:right="1440" w:firstLine="0"/>
        <w:jc w:val="left"/>
      </w:pPr>
      <w:r>
        <w:rPr>
          <w:spacing w:val="-10"/>
          <w:rFonts w:ascii="Aptos" w:hAnsi="Aptos" w:eastAsia="Aptos"/>
          <w:color w:val="000000"/>
          <w:sz w:val="36"/>
        </w:rPr>
        <w:t xml:space="preserve">Para subir el paquete a su cuenta, use FTP o el </w:t>
      </w:r>
      <w:r>
        <w:br/>
      </w:r>
      <w:r>
        <w:rPr>
          <w:spacing w:val="-10"/>
          <w:rFonts w:ascii="Aptos" w:hAnsi="Aptos" w:eastAsia="Aptos"/>
          <w:color w:val="000000"/>
          <w:sz w:val="36"/>
        </w:rPr>
        <w:t xml:space="preserve">Administrador de archivos en Herramientas del sitio y </w:t>
      </w:r>
      <w:r>
        <w:br/>
      </w:r>
      <w:r>
        <w:rPr>
          <w:spacing w:val="-10"/>
          <w:rFonts w:ascii="Aptos" w:hAnsi="Aptos" w:eastAsia="Aptos"/>
          <w:color w:val="000000"/>
          <w:sz w:val="36"/>
        </w:rPr>
        <w:t xml:space="preserve">extráigalo. Guarde el contenido extraído en cualquier </w:t>
      </w:r>
      <w:r>
        <w:br/>
      </w:r>
      <w:r>
        <w:rPr>
          <w:spacing w:val="-10"/>
          <w:rFonts w:ascii="Aptos" w:hAnsi="Aptos" w:eastAsia="Aptos"/>
          <w:color w:val="000000"/>
          <w:sz w:val="36"/>
        </w:rPr>
        <w:t xml:space="preserve">carpeta de su cuenta, que se convertirá en la carpeta de </w:t>
      </w:r>
    </w:p>
    <w:p>
      <w:pPr>
        <w:autoSpaceDN w:val="0"/>
        <w:autoSpaceDE w:val="0"/>
        <w:widowControl/>
        <w:spacing w:line="246" w:lineRule="exact" w:before="206" w:after="0"/>
        <w:ind w:left="1460" w:right="0" w:firstLine="0"/>
        <w:jc w:val="left"/>
      </w:pPr>
      <w:r>
        <w:rPr>
          <w:spacing w:val="-10"/>
          <w:rFonts w:ascii="Aptos" w:hAnsi="Aptos" w:eastAsia="Aptos"/>
          <w:color w:val="000000"/>
          <w:sz w:val="36"/>
        </w:rPr>
        <w:t xml:space="preserve">instalación de FPDF. </w:t>
      </w:r>
    </w:p>
    <w:p>
      <w:pPr>
        <w:sectPr>
          <w:pgSz w:w="12240" w:h="15840"/>
          <w:pgMar w:top="240" w:right="240" w:bottom="240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74" w:after="0"/>
        <w:ind w:left="0" w:right="0"/>
      </w:pPr>
    </w:p>
    <w:p>
      <w:pPr>
        <w:autoSpaceDN w:val="0"/>
        <w:autoSpaceDE w:val="0"/>
        <w:widowControl/>
        <w:spacing w:line="308" w:lineRule="exact" w:before="0" w:after="0"/>
        <w:ind w:left="2932" w:right="0" w:firstLine="0"/>
        <w:jc w:val="left"/>
      </w:pPr>
      <w:r>
        <w:rPr>
          <w:spacing w:val="-10"/>
          <w:rFonts w:ascii="Aptos" w:hAnsi="Aptos" w:eastAsia="Aptos"/>
          <w:color w:val="000000"/>
          <w:sz w:val="36"/>
        </w:rPr>
        <w:t xml:space="preserve"> ¿Qué es File Maker? </w:t>
      </w:r>
    </w:p>
    <w:p>
      <w:pPr>
        <w:autoSpaceDN w:val="0"/>
        <w:autoSpaceDE w:val="0"/>
        <w:widowControl/>
        <w:spacing w:line="510" w:lineRule="exact" w:before="826" w:after="0"/>
        <w:ind w:left="1460" w:right="1440" w:firstLine="0"/>
        <w:jc w:val="left"/>
      </w:pPr>
      <w:r>
        <w:rPr>
          <w:spacing w:val="-10"/>
          <w:rFonts w:ascii="Aptos" w:hAnsi="Aptos" w:eastAsia="Aptos"/>
          <w:color w:val="000000"/>
          <w:sz w:val="36"/>
        </w:rPr>
        <w:t xml:space="preserve">FileMaker es una plataforma de desarrollo de bases de </w:t>
      </w:r>
      <w:r>
        <w:br/>
      </w:r>
      <w:r>
        <w:rPr>
          <w:spacing w:val="-10"/>
          <w:rFonts w:ascii="Aptos" w:hAnsi="Aptos" w:eastAsia="Aptos"/>
          <w:color w:val="000000"/>
          <w:sz w:val="36"/>
        </w:rPr>
        <w:t xml:space="preserve">datos y aplicaciones personalizadas, creada por Claris </w:t>
      </w:r>
      <w:r>
        <w:br/>
      </w:r>
      <w:r>
        <w:rPr>
          <w:spacing w:val="-10"/>
          <w:rFonts w:ascii="Aptos" w:hAnsi="Aptos" w:eastAsia="Aptos"/>
          <w:color w:val="000000"/>
          <w:sz w:val="36"/>
        </w:rPr>
        <w:t xml:space="preserve">International Inc., una subsidiaria de Apple. Permite a los </w:t>
      </w:r>
      <w:r>
        <w:br/>
      </w:r>
      <w:r>
        <w:rPr>
          <w:spacing w:val="-10"/>
          <w:rFonts w:ascii="Aptos" w:hAnsi="Aptos" w:eastAsia="Aptos"/>
          <w:color w:val="000000"/>
          <w:sz w:val="36"/>
        </w:rPr>
        <w:t xml:space="preserve">usuarios crear soluciones personalizadas para gestionar </w:t>
      </w:r>
      <w:r>
        <w:br/>
      </w:r>
      <w:r>
        <w:rPr>
          <w:spacing w:val="-10"/>
          <w:rFonts w:ascii="Aptos" w:hAnsi="Aptos" w:eastAsia="Aptos"/>
          <w:color w:val="000000"/>
          <w:sz w:val="36"/>
        </w:rPr>
        <w:t xml:space="preserve">datos y procesos empresariales, que pueden ejecutarse </w:t>
      </w:r>
      <w:r>
        <w:br/>
      </w:r>
      <w:r>
        <w:rPr>
          <w:spacing w:val="-10"/>
          <w:rFonts w:ascii="Aptos" w:hAnsi="Aptos" w:eastAsia="Aptos"/>
          <w:color w:val="000000"/>
          <w:sz w:val="36"/>
        </w:rPr>
        <w:t xml:space="preserve">en diversos dispositivos y plataformas, incluyendo </w:t>
      </w:r>
      <w:r>
        <w:br/>
      </w:r>
      <w:r>
        <w:rPr>
          <w:spacing w:val="-10"/>
          <w:rFonts w:ascii="Aptos" w:hAnsi="Aptos" w:eastAsia="Aptos"/>
          <w:color w:val="000000"/>
          <w:sz w:val="36"/>
        </w:rPr>
        <w:t xml:space="preserve">Windows, macOS, iOS, iPadOS, y la web. </w:t>
      </w:r>
    </w:p>
    <w:p>
      <w:pPr>
        <w:autoSpaceDN w:val="0"/>
        <w:autoSpaceDE w:val="0"/>
        <w:widowControl/>
        <w:spacing w:line="506" w:lineRule="exact" w:before="164" w:after="0"/>
        <w:ind w:left="1460" w:right="1584" w:firstLine="0"/>
        <w:jc w:val="left"/>
      </w:pPr>
      <w:r>
        <w:rPr>
          <w:spacing w:val="-10"/>
          <w:rFonts w:ascii="Aptos" w:hAnsi="Aptos" w:eastAsia="Aptos"/>
          <w:color w:val="000000"/>
          <w:sz w:val="36"/>
        </w:rPr>
        <w:t xml:space="preserve">En resumen, FileMaker es una herramienta versátil que </w:t>
      </w:r>
      <w:r>
        <w:br/>
      </w:r>
      <w:r>
        <w:rPr>
          <w:spacing w:val="-10"/>
          <w:rFonts w:ascii="Aptos" w:hAnsi="Aptos" w:eastAsia="Aptos"/>
          <w:color w:val="000000"/>
          <w:sz w:val="36"/>
        </w:rPr>
        <w:t xml:space="preserve">facilita la creación de aplicaciones personalizadas para </w:t>
      </w:r>
    </w:p>
    <w:p>
      <w:pPr>
        <w:autoSpaceDN w:val="0"/>
        <w:autoSpaceDE w:val="0"/>
        <w:widowControl/>
        <w:spacing w:line="438" w:lineRule="exact" w:before="110" w:after="0"/>
        <w:ind w:left="0" w:right="0" w:firstLine="0"/>
        <w:jc w:val="center"/>
      </w:pPr>
      <w:r>
        <w:rPr>
          <w:spacing w:val="-10"/>
          <w:rFonts w:ascii="Aptos" w:hAnsi="Aptos" w:eastAsia="Aptos"/>
          <w:color w:val="000000"/>
          <w:sz w:val="36"/>
        </w:rPr>
        <w:t xml:space="preserve">gestionar información y automatizar flujos de trabajo, sin </w:t>
      </w:r>
    </w:p>
    <w:p>
      <w:pPr>
        <w:autoSpaceDN w:val="0"/>
        <w:autoSpaceDE w:val="0"/>
        <w:widowControl/>
        <w:spacing w:line="498" w:lineRule="exact" w:before="0" w:after="0"/>
        <w:ind w:left="1460" w:right="1584" w:firstLine="0"/>
        <w:jc w:val="left"/>
      </w:pPr>
      <w:r>
        <w:rPr>
          <w:spacing w:val="-10"/>
          <w:rFonts w:ascii="Aptos" w:hAnsi="Aptos" w:eastAsia="Aptos"/>
          <w:color w:val="000000"/>
          <w:sz w:val="36"/>
        </w:rPr>
        <w:t xml:space="preserve">necesidad de tener amplios conocimientos de </w:t>
      </w:r>
      <w:r>
        <w:br/>
      </w:r>
      <w:r>
        <w:rPr>
          <w:spacing w:val="-10"/>
          <w:rFonts w:ascii="Aptos" w:hAnsi="Aptos" w:eastAsia="Aptos"/>
          <w:color w:val="000000"/>
          <w:sz w:val="36"/>
        </w:rPr>
        <w:t xml:space="preserve">programación. FileMaker es un software que permite la </w:t>
      </w:r>
      <w:r>
        <w:br/>
      </w:r>
      <w:r>
        <w:rPr>
          <w:spacing w:val="-10"/>
          <w:rFonts w:ascii="Aptos" w:hAnsi="Aptos" w:eastAsia="Aptos"/>
          <w:color w:val="000000"/>
          <w:sz w:val="36"/>
        </w:rPr>
        <w:t xml:space="preserve">creación y manipulación de bases de datos, incluyendo </w:t>
      </w:r>
    </w:p>
    <w:p>
      <w:pPr>
        <w:autoSpaceDN w:val="0"/>
        <w:autoSpaceDE w:val="0"/>
        <w:widowControl/>
        <w:spacing w:line="242" w:lineRule="exact" w:before="210" w:after="0"/>
        <w:ind w:left="1460" w:right="0" w:firstLine="0"/>
        <w:jc w:val="left"/>
      </w:pPr>
      <w:r>
        <w:rPr>
          <w:spacing w:val="-10"/>
          <w:rFonts w:ascii="Aptos" w:hAnsi="Aptos" w:eastAsia="Aptos"/>
          <w:color w:val="000000"/>
          <w:sz w:val="36"/>
        </w:rPr>
        <w:t xml:space="preserve">el establecimiento de relaciones entre diversos archivos </w:t>
      </w:r>
    </w:p>
    <w:p>
      <w:pPr>
        <w:autoSpaceDN w:val="0"/>
        <w:autoSpaceDE w:val="0"/>
        <w:widowControl/>
        <w:spacing w:line="304" w:lineRule="exact" w:before="264" w:after="0"/>
        <w:ind w:left="1460" w:right="0" w:firstLine="0"/>
        <w:jc w:val="left"/>
      </w:pPr>
      <w:r>
        <w:rPr>
          <w:spacing w:val="-10"/>
          <w:rFonts w:ascii="Aptos" w:hAnsi="Aptos" w:eastAsia="Aptos"/>
          <w:color w:val="000000"/>
          <w:sz w:val="36"/>
        </w:rPr>
        <w:t xml:space="preserve">del que la Universidad de Zaragoza dispone de un </w:t>
      </w:r>
    </w:p>
    <w:p>
      <w:pPr>
        <w:autoSpaceDN w:val="0"/>
        <w:autoSpaceDE w:val="0"/>
        <w:widowControl/>
        <w:spacing w:line="246" w:lineRule="exact" w:before="200" w:after="0"/>
        <w:ind w:left="1460" w:right="0" w:firstLine="0"/>
        <w:jc w:val="left"/>
      </w:pPr>
      <w:r>
        <w:rPr>
          <w:spacing w:val="-10"/>
          <w:rFonts w:ascii="Aptos" w:hAnsi="Aptos" w:eastAsia="Aptos"/>
          <w:color w:val="000000"/>
          <w:sz w:val="36"/>
        </w:rPr>
        <w:t xml:space="preserve">número limitado de licencias de uso. </w:t>
      </w:r>
    </w:p>
    <w:p>
      <w:pPr>
        <w:sectPr>
          <w:pgSz w:w="12240" w:h="15840"/>
          <w:pgMar w:top="240" w:right="240" w:bottom="240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74" w:after="0"/>
        <w:ind w:left="0" w:right="0"/>
      </w:pPr>
    </w:p>
    <w:p>
      <w:pPr>
        <w:autoSpaceDN w:val="0"/>
        <w:autoSpaceDE w:val="0"/>
        <w:widowControl/>
        <w:spacing w:line="308" w:lineRule="exact" w:before="0" w:after="0"/>
        <w:ind w:left="0" w:right="5854" w:firstLine="0"/>
        <w:jc w:val="right"/>
      </w:pPr>
      <w:r>
        <w:rPr>
          <w:spacing w:val="-10"/>
          <w:rFonts w:ascii="Aptos" w:hAnsi="Aptos" w:eastAsia="Aptos"/>
          <w:color w:val="000000"/>
          <w:sz w:val="36"/>
        </w:rPr>
        <w:t xml:space="preserve"> ¿Qué es FoxPro? </w:t>
      </w:r>
    </w:p>
    <w:p>
      <w:pPr>
        <w:autoSpaceDN w:val="0"/>
        <w:autoSpaceDE w:val="0"/>
        <w:widowControl/>
        <w:spacing w:line="510" w:lineRule="exact" w:before="160" w:after="0"/>
        <w:ind w:left="1460" w:right="1440" w:firstLine="0"/>
        <w:jc w:val="left"/>
      </w:pPr>
      <w:r>
        <w:rPr>
          <w:spacing w:val="-10"/>
          <w:rFonts w:ascii="Aptos" w:hAnsi="Aptos" w:eastAsia="Aptos"/>
          <w:color w:val="000000"/>
          <w:sz w:val="36"/>
        </w:rPr>
        <w:t xml:space="preserve">FoxPro es un lenguaje de programación y sistema gestor </w:t>
      </w:r>
      <w:r>
        <w:br/>
      </w:r>
      <w:r>
        <w:rPr>
          <w:spacing w:val="-10"/>
          <w:rFonts w:ascii="Aptos" w:hAnsi="Aptos" w:eastAsia="Aptos"/>
          <w:color w:val="000000"/>
          <w:sz w:val="36"/>
        </w:rPr>
        <w:t xml:space="preserve">de bases de datos relacionales, desarrollado </w:t>
      </w:r>
      <w:r>
        <w:br/>
      </w:r>
      <w:r>
        <w:rPr>
          <w:spacing w:val="-10"/>
          <w:rFonts w:ascii="Aptos" w:hAnsi="Aptos" w:eastAsia="Aptos"/>
          <w:color w:val="000000"/>
          <w:sz w:val="36"/>
        </w:rPr>
        <w:t xml:space="preserve">originalmente por Fox Software y posteriormente </w:t>
      </w:r>
      <w:r>
        <w:br/>
      </w:r>
      <w:r>
        <w:rPr>
          <w:spacing w:val="-10"/>
          <w:rFonts w:ascii="Aptos" w:hAnsi="Aptos" w:eastAsia="Aptos"/>
          <w:color w:val="000000"/>
          <w:sz w:val="36"/>
        </w:rPr>
        <w:t xml:space="preserve">adquirido por Microsoft. Es conocido por su capacidad </w:t>
      </w:r>
      <w:r>
        <w:br/>
      </w:r>
      <w:r>
        <w:rPr>
          <w:spacing w:val="-10"/>
          <w:rFonts w:ascii="Aptos" w:hAnsi="Aptos" w:eastAsia="Aptos"/>
          <w:color w:val="000000"/>
          <w:sz w:val="36"/>
        </w:rPr>
        <w:t xml:space="preserve">para crear aplicaciones centradas en datos y su enfoque </w:t>
      </w:r>
      <w:r>
        <w:br/>
      </w:r>
      <w:r>
        <w:rPr>
          <w:spacing w:val="-10"/>
          <w:rFonts w:ascii="Aptos" w:hAnsi="Aptos" w:eastAsia="Aptos"/>
          <w:color w:val="000000"/>
          <w:sz w:val="36"/>
        </w:rPr>
        <w:t xml:space="preserve">en la programación orientada a objetos. </w:t>
      </w:r>
    </w:p>
    <w:p>
      <w:pPr>
        <w:autoSpaceDN w:val="0"/>
        <w:autoSpaceDE w:val="0"/>
        <w:widowControl/>
        <w:spacing w:line="506" w:lineRule="exact" w:before="164" w:after="0"/>
        <w:ind w:left="1460" w:right="2304" w:firstLine="0"/>
        <w:jc w:val="left"/>
      </w:pPr>
      <w:r>
        <w:rPr>
          <w:spacing w:val="-10"/>
          <w:rFonts w:ascii="Aptos" w:hAnsi="Aptos" w:eastAsia="Aptos"/>
          <w:color w:val="000000"/>
          <w:sz w:val="36"/>
        </w:rPr>
        <w:t xml:space="preserve">FoxPro es un sistema de gestión de bases de datos </w:t>
      </w:r>
      <w:r>
        <w:br/>
      </w:r>
      <w:r>
        <w:rPr>
          <w:spacing w:val="-10"/>
          <w:rFonts w:ascii="Aptos" w:hAnsi="Aptos" w:eastAsia="Aptos"/>
          <w:color w:val="000000"/>
          <w:sz w:val="36"/>
        </w:rPr>
        <w:t xml:space="preserve">relacionales desarrollado por Fox Software. </w:t>
      </w:r>
    </w:p>
    <w:p>
      <w:pPr>
        <w:autoSpaceDN w:val="0"/>
        <w:autoSpaceDE w:val="0"/>
        <w:widowControl/>
        <w:spacing w:line="508" w:lineRule="exact" w:before="2" w:after="0"/>
        <w:ind w:left="1460" w:right="2448" w:firstLine="0"/>
        <w:jc w:val="left"/>
      </w:pPr>
      <w:r>
        <w:rPr>
          <w:spacing w:val="-10"/>
          <w:rFonts w:ascii="Aptos" w:hAnsi="Aptos" w:eastAsia="Aptos"/>
          <w:color w:val="000000"/>
          <w:sz w:val="36"/>
        </w:rPr>
        <w:t xml:space="preserve">Posteriormente, fue adquirido por Microsoft. Este </w:t>
      </w:r>
      <w:r>
        <w:br/>
      </w:r>
      <w:r>
        <w:rPr>
          <w:spacing w:val="-10"/>
          <w:rFonts w:ascii="Aptos" w:hAnsi="Aptos" w:eastAsia="Aptos"/>
          <w:color w:val="000000"/>
          <w:sz w:val="36"/>
        </w:rPr>
        <w:t xml:space="preserve">sistema de gestión de bases de datos se utilizó </w:t>
      </w:r>
      <w:r>
        <w:br/>
      </w:r>
      <w:r>
        <w:rPr>
          <w:spacing w:val="-10"/>
          <w:rFonts w:ascii="Aptos" w:hAnsi="Aptos" w:eastAsia="Aptos"/>
          <w:color w:val="000000"/>
          <w:sz w:val="36"/>
        </w:rPr>
        <w:t xml:space="preserve">principalmente para el desarrollo de aplicaciones </w:t>
      </w:r>
    </w:p>
    <w:p>
      <w:pPr>
        <w:autoSpaceDN w:val="0"/>
        <w:autoSpaceDE w:val="0"/>
        <w:widowControl/>
        <w:spacing w:line="246" w:lineRule="exact" w:before="204" w:after="0"/>
        <w:ind w:left="1460" w:right="0" w:firstLine="0"/>
        <w:jc w:val="left"/>
      </w:pPr>
      <w:r>
        <w:rPr>
          <w:spacing w:val="-10"/>
          <w:rFonts w:ascii="Aptos" w:hAnsi="Aptos" w:eastAsia="Aptos"/>
          <w:color w:val="000000"/>
          <w:sz w:val="36"/>
        </w:rPr>
        <w:t xml:space="preserve">centradas en datos. Además de sistemas de </w:t>
      </w:r>
    </w:p>
    <w:p>
      <w:pPr>
        <w:autoSpaceDN w:val="0"/>
        <w:autoSpaceDE w:val="0"/>
        <w:widowControl/>
        <w:spacing w:line="506" w:lineRule="exact" w:before="68" w:after="0"/>
        <w:ind w:left="1460" w:right="1728" w:firstLine="0"/>
        <w:jc w:val="left"/>
      </w:pPr>
      <w:r>
        <w:rPr>
          <w:spacing w:val="-10"/>
          <w:rFonts w:ascii="Aptos" w:hAnsi="Aptos" w:eastAsia="Aptos"/>
          <w:color w:val="000000"/>
          <w:sz w:val="36"/>
        </w:rPr>
        <w:t xml:space="preserve">contabilidad y gestión de inventario, también se utilizó </w:t>
      </w:r>
      <w:r>
        <w:br/>
      </w:r>
      <w:r>
        <w:rPr>
          <w:spacing w:val="-10"/>
          <w:rFonts w:ascii="Aptos" w:hAnsi="Aptos" w:eastAsia="Aptos"/>
          <w:color w:val="000000"/>
          <w:sz w:val="36"/>
        </w:rPr>
        <w:t xml:space="preserve">para aplicaciones empresariales que requerían un </w:t>
      </w:r>
    </w:p>
    <w:p>
      <w:pPr>
        <w:autoSpaceDN w:val="0"/>
        <w:autoSpaceDE w:val="0"/>
        <w:widowControl/>
        <w:spacing w:line="440" w:lineRule="exact" w:before="110" w:after="0"/>
        <w:ind w:left="1460" w:right="0" w:firstLine="0"/>
        <w:jc w:val="left"/>
      </w:pPr>
      <w:r>
        <w:rPr>
          <w:spacing w:val="-10"/>
          <w:rFonts w:ascii="Aptos" w:hAnsi="Aptos" w:eastAsia="Aptos"/>
          <w:color w:val="000000"/>
          <w:sz w:val="36"/>
        </w:rPr>
        <w:t xml:space="preserve">almacenamiento y recuperación de datos eficientes. </w:t>
      </w:r>
    </w:p>
    <w:p>
      <w:pPr>
        <w:autoSpaceDN w:val="0"/>
        <w:autoSpaceDE w:val="0"/>
        <w:widowControl/>
        <w:spacing w:line="510" w:lineRule="exact" w:before="116" w:after="0"/>
        <w:ind w:left="1460" w:right="1584" w:firstLine="0"/>
        <w:jc w:val="left"/>
      </w:pPr>
      <w:r>
        <w:rPr>
          <w:spacing w:val="-10"/>
          <w:rFonts w:ascii="Aptos" w:hAnsi="Aptos" w:eastAsia="Aptos"/>
          <w:color w:val="000000"/>
          <w:sz w:val="36"/>
        </w:rPr>
        <w:t xml:space="preserve">Cómo se usaba y con qué propósito? Los </w:t>
      </w:r>
      <w:r>
        <w:br/>
      </w:r>
      <w:r>
        <w:rPr>
          <w:spacing w:val="-10"/>
          <w:rFonts w:ascii="Aptos" w:hAnsi="Aptos" w:eastAsia="Aptos"/>
          <w:color w:val="000000"/>
          <w:sz w:val="36"/>
        </w:rPr>
        <w:t xml:space="preserve">desarrolladores usaban el lenguaje de programación </w:t>
      </w:r>
      <w:r>
        <w:br/>
      </w:r>
      <w:r>
        <w:rPr>
          <w:spacing w:val="-10"/>
          <w:rFonts w:ascii="Aptos" w:hAnsi="Aptos" w:eastAsia="Aptos"/>
          <w:color w:val="000000"/>
          <w:sz w:val="36"/>
        </w:rPr>
        <w:t xml:space="preserve">xBase (compatible con FoxPro) para crear y manipular </w:t>
      </w:r>
      <w:r>
        <w:br/>
      </w:r>
      <w:r>
        <w:rPr>
          <w:spacing w:val="-10"/>
          <w:rFonts w:ascii="Aptos" w:hAnsi="Aptos" w:eastAsia="Aptos"/>
          <w:color w:val="000000"/>
          <w:sz w:val="36"/>
        </w:rPr>
        <w:t xml:space="preserve">bases de datos mediante una combinación de lenguaje </w:t>
      </w:r>
      <w:r>
        <w:br/>
      </w:r>
      <w:r>
        <w:rPr>
          <w:spacing w:val="-10"/>
          <w:rFonts w:ascii="Aptos" w:hAnsi="Aptos" w:eastAsia="Aptos"/>
          <w:color w:val="000000"/>
          <w:sz w:val="36"/>
        </w:rPr>
        <w:t xml:space="preserve">de consulta estructurado (SQL) y construcciones de </w:t>
      </w:r>
      <w:r>
        <w:br/>
      </w:r>
      <w:r>
        <w:rPr>
          <w:spacing w:val="-10"/>
          <w:rFonts w:ascii="Aptos" w:hAnsi="Aptos" w:eastAsia="Aptos"/>
          <w:color w:val="000000"/>
          <w:sz w:val="36"/>
        </w:rPr>
        <w:t xml:space="preserve">programación procedimental. Además, FoxPro contaba </w:t>
      </w:r>
      <w:r>
        <w:br/>
      </w:r>
      <w:r>
        <w:rPr>
          <w:spacing w:val="-10"/>
          <w:rFonts w:ascii="Aptos" w:hAnsi="Aptos" w:eastAsia="Aptos"/>
          <w:color w:val="000000"/>
          <w:sz w:val="36"/>
        </w:rPr>
        <w:t xml:space="preserve">con su propio lenguaje de programación, diseñado para </w:t>
      </w:r>
      <w:r>
        <w:br/>
      </w:r>
      <w:r>
        <w:rPr>
          <w:spacing w:val="-10"/>
          <w:rFonts w:ascii="Aptos" w:hAnsi="Aptos" w:eastAsia="Aptos"/>
          <w:color w:val="000000"/>
          <w:sz w:val="36"/>
        </w:rPr>
        <w:t xml:space="preserve">ampliar las capacidades de xBase. </w:t>
      </w:r>
    </w:p>
    <w:p>
      <w:pPr>
        <w:sectPr>
          <w:pgSz w:w="12240" w:h="15840"/>
          <w:pgMar w:top="240" w:right="240" w:bottom="182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74" w:after="0"/>
        <w:ind w:left="0" w:right="0"/>
      </w:pPr>
    </w:p>
    <w:p>
      <w:pPr>
        <w:autoSpaceDN w:val="0"/>
        <w:autoSpaceDE w:val="0"/>
        <w:widowControl/>
        <w:spacing w:line="308" w:lineRule="exact" w:before="0" w:after="0"/>
        <w:ind w:left="0" w:right="5622" w:firstLine="0"/>
        <w:jc w:val="right"/>
      </w:pPr>
      <w:r>
        <w:rPr>
          <w:spacing w:val="-10"/>
          <w:rFonts w:ascii="Aptos" w:hAnsi="Aptos" w:eastAsia="Aptos"/>
          <w:color w:val="000000"/>
          <w:sz w:val="36"/>
        </w:rPr>
        <w:t xml:space="preserve"> ¿ Qué es Pascal? </w:t>
      </w:r>
    </w:p>
    <w:p>
      <w:pPr>
        <w:autoSpaceDN w:val="0"/>
        <w:autoSpaceDE w:val="0"/>
        <w:widowControl/>
        <w:spacing w:line="510" w:lineRule="exact" w:before="160" w:after="0"/>
        <w:ind w:left="1460" w:right="1440" w:firstLine="0"/>
        <w:jc w:val="left"/>
      </w:pPr>
      <w:r>
        <w:rPr>
          <w:spacing w:val="-10"/>
          <w:rFonts w:ascii="Aptos" w:hAnsi="Aptos" w:eastAsia="Aptos"/>
          <w:color w:val="000000"/>
          <w:sz w:val="36"/>
        </w:rPr>
        <w:t xml:space="preserve">En programación, Pascal es un lenguaje de </w:t>
      </w:r>
      <w:r>
        <w:br/>
      </w:r>
      <w:r>
        <w:rPr>
          <w:spacing w:val="-10"/>
          <w:rFonts w:ascii="Aptos" w:hAnsi="Aptos" w:eastAsia="Aptos"/>
          <w:color w:val="000000"/>
          <w:sz w:val="36"/>
        </w:rPr>
        <w:t xml:space="preserve">programación estructurado, creado para facilitar el </w:t>
      </w:r>
      <w:r>
        <w:br/>
      </w:r>
      <w:r>
        <w:rPr>
          <w:spacing w:val="-10"/>
          <w:rFonts w:ascii="Aptos" w:hAnsi="Aptos" w:eastAsia="Aptos"/>
          <w:color w:val="000000"/>
          <w:sz w:val="36"/>
        </w:rPr>
        <w:t xml:space="preserve">aprendizaje y promover la programación estructurada. </w:t>
      </w:r>
      <w:r>
        <w:br/>
      </w:r>
      <w:r>
        <w:rPr>
          <w:spacing w:val="-10"/>
          <w:rFonts w:ascii="Aptos" w:hAnsi="Aptos" w:eastAsia="Aptos"/>
          <w:color w:val="000000"/>
          <w:sz w:val="36"/>
        </w:rPr>
        <w:t xml:space="preserve">Fue desarrollado por Niklaus Wirth en la década de 1970 </w:t>
      </w:r>
      <w:r>
        <w:br/>
      </w:r>
      <w:r>
        <w:rPr>
          <w:spacing w:val="-10"/>
          <w:rFonts w:ascii="Aptos" w:hAnsi="Aptos" w:eastAsia="Aptos"/>
          <w:color w:val="000000"/>
          <w:sz w:val="36"/>
        </w:rPr>
        <w:t xml:space="preserve">y se caracterizó por su sintaxis clara y sencilla, lo que lo </w:t>
      </w:r>
      <w:r>
        <w:br/>
      </w:r>
      <w:r>
        <w:rPr>
          <w:spacing w:val="-10"/>
          <w:rFonts w:ascii="Aptos" w:hAnsi="Aptos" w:eastAsia="Aptos"/>
          <w:color w:val="000000"/>
          <w:sz w:val="36"/>
        </w:rPr>
        <w:t xml:space="preserve">hizo popular para la enseñanza y para el desarrollo de </w:t>
      </w:r>
      <w:r>
        <w:br/>
      </w:r>
      <w:r>
        <w:rPr>
          <w:spacing w:val="-10"/>
          <w:rFonts w:ascii="Aptos" w:hAnsi="Aptos" w:eastAsia="Aptos"/>
          <w:color w:val="000000"/>
          <w:sz w:val="36"/>
        </w:rPr>
        <w:t xml:space="preserve">software en sus inicios. Aunque su uso ha disminuido </w:t>
      </w:r>
      <w:r>
        <w:br/>
      </w:r>
      <w:r>
        <w:rPr>
          <w:spacing w:val="-10"/>
          <w:rFonts w:ascii="Aptos" w:hAnsi="Aptos" w:eastAsia="Aptos"/>
          <w:color w:val="000000"/>
          <w:sz w:val="36"/>
        </w:rPr>
        <w:t xml:space="preserve">con el tiempo, aún se encuentra en sistemas heredados </w:t>
      </w:r>
      <w:r>
        <w:br/>
      </w:r>
      <w:r>
        <w:rPr>
          <w:spacing w:val="-10"/>
          <w:rFonts w:ascii="Aptos" w:hAnsi="Aptos" w:eastAsia="Aptos"/>
          <w:color w:val="000000"/>
          <w:sz w:val="36"/>
        </w:rPr>
        <w:t xml:space="preserve">y en algunos entornos especializados. </w:t>
      </w:r>
    </w:p>
    <w:p>
      <w:pPr>
        <w:autoSpaceDN w:val="0"/>
        <w:autoSpaceDE w:val="0"/>
        <w:widowControl/>
        <w:spacing w:line="306" w:lineRule="exact" w:before="356" w:after="0"/>
        <w:ind w:left="1460" w:right="0" w:firstLine="0"/>
        <w:jc w:val="left"/>
      </w:pPr>
      <w:r>
        <w:rPr>
          <w:spacing w:val="-10"/>
          <w:rFonts w:ascii="Aptos" w:hAnsi="Aptos" w:eastAsia="Aptos"/>
          <w:color w:val="000000"/>
          <w:sz w:val="36"/>
        </w:rPr>
        <w:t xml:space="preserve">Características principales de Pascal </w:t>
      </w:r>
    </w:p>
    <w:p>
      <w:pPr>
        <w:autoSpaceDN w:val="0"/>
        <w:autoSpaceDE w:val="0"/>
        <w:widowControl/>
        <w:spacing w:line="510" w:lineRule="exact" w:before="164" w:after="0"/>
        <w:ind w:left="1460" w:right="1440" w:firstLine="0"/>
        <w:jc w:val="left"/>
      </w:pPr>
      <w:r>
        <w:rPr>
          <w:spacing w:val="-10"/>
          <w:rFonts w:ascii="Aptos" w:hAnsi="Aptos" w:eastAsia="Aptos"/>
          <w:color w:val="000000"/>
          <w:sz w:val="36"/>
        </w:rPr>
        <w:t xml:space="preserve">Pascal se caracteriza por ser un lenguaje de </w:t>
      </w:r>
      <w:r>
        <w:br/>
      </w:r>
      <w:r>
        <w:rPr>
          <w:spacing w:val="-10"/>
          <w:rFonts w:ascii="Aptos" w:hAnsi="Aptos" w:eastAsia="Aptos"/>
          <w:color w:val="000000"/>
          <w:sz w:val="36"/>
        </w:rPr>
        <w:t xml:space="preserve">programación fuertemente tipado. Esto implica que, por </w:t>
      </w:r>
      <w:r>
        <w:br/>
      </w:r>
      <w:r>
        <w:rPr>
          <w:spacing w:val="-10"/>
          <w:rFonts w:ascii="Aptos" w:hAnsi="Aptos" w:eastAsia="Aptos"/>
          <w:color w:val="000000"/>
          <w:sz w:val="36"/>
        </w:rPr>
        <w:t xml:space="preserve">un oposición al antiguo estilo de la programación s debe </w:t>
      </w:r>
    </w:p>
    <w:p>
      <w:pPr>
        <w:autoSpaceDN w:val="0"/>
        <w:autoSpaceDE w:val="0"/>
        <w:widowControl/>
        <w:spacing w:line="508" w:lineRule="exact" w:before="162" w:after="0"/>
        <w:ind w:left="1460" w:right="1440" w:firstLine="0"/>
        <w:jc w:val="left"/>
      </w:pPr>
      <w:r>
        <w:rPr>
          <w:spacing w:val="-10"/>
          <w:rFonts w:ascii="Aptos" w:hAnsi="Aptos" w:eastAsia="Aptos"/>
          <w:color w:val="000000"/>
          <w:sz w:val="36"/>
        </w:rPr>
        <w:t xml:space="preserve">Pascal se caracteriza por ser un lenguaje de </w:t>
      </w:r>
      <w:r>
        <w:br/>
      </w:r>
      <w:r>
        <w:rPr>
          <w:spacing w:val="-10"/>
          <w:rFonts w:ascii="Aptos" w:hAnsi="Aptos" w:eastAsia="Aptos"/>
          <w:color w:val="000000"/>
          <w:sz w:val="36"/>
        </w:rPr>
        <w:t xml:space="preserve">programación fuertemente tipado. Esto implica que, por </w:t>
      </w:r>
      <w:r>
        <w:br/>
      </w:r>
      <w:r>
        <w:rPr>
          <w:spacing w:val="-10"/>
          <w:rFonts w:ascii="Aptos" w:hAnsi="Aptos" w:eastAsia="Aptos"/>
          <w:color w:val="000000"/>
          <w:sz w:val="36"/>
        </w:rPr>
        <w:t xml:space="preserve">un lado, el código está dividido en porciones fácilmente </w:t>
      </w:r>
      <w:r>
        <w:br/>
      </w:r>
      <w:r>
        <w:rPr>
          <w:spacing w:val="-10"/>
          <w:rFonts w:ascii="Aptos" w:hAnsi="Aptos" w:eastAsia="Aptos"/>
          <w:color w:val="000000"/>
          <w:sz w:val="36"/>
        </w:rPr>
        <w:t xml:space="preserve">legibles llamadas funciones o procedimientos, lo que </w:t>
      </w:r>
      <w:r>
        <w:br/>
      </w:r>
      <w:r>
        <w:rPr>
          <w:spacing w:val="-10"/>
          <w:rFonts w:ascii="Aptos" w:hAnsi="Aptos" w:eastAsia="Aptos"/>
          <w:color w:val="000000"/>
          <w:sz w:val="36"/>
        </w:rPr>
        <w:t xml:space="preserve">facilita la utilización de la programación estructurada en </w:t>
      </w:r>
      <w:r>
        <w:br/>
      </w:r>
      <w:r>
        <w:rPr>
          <w:spacing w:val="-10"/>
          <w:rFonts w:ascii="Aptos" w:hAnsi="Aptos" w:eastAsia="Aptos"/>
          <w:color w:val="000000"/>
          <w:sz w:val="36"/>
        </w:rPr>
        <w:t xml:space="preserve">oposición al antiguo estilo de la programación </w:t>
      </w:r>
      <w:r>
        <w:br/>
      </w:r>
      <w:r>
        <w:rPr>
          <w:spacing w:val="-10"/>
          <w:rFonts w:ascii="Aptos" w:hAnsi="Aptos" w:eastAsia="Aptos"/>
          <w:color w:val="000000"/>
          <w:sz w:val="36"/>
        </w:rPr>
        <w:t xml:space="preserve">monolítica; y, por otro, que el tipo de dato de todas las </w:t>
      </w:r>
      <w:r>
        <w:br/>
      </w:r>
      <w:r>
        <w:rPr>
          <w:spacing w:val="-10"/>
          <w:rFonts w:ascii="Aptos" w:hAnsi="Aptos" w:eastAsia="Aptos"/>
          <w:color w:val="000000"/>
          <w:sz w:val="36"/>
        </w:rPr>
        <w:t xml:space="preserve">variables debe ser declarado previamente para que su </w:t>
      </w:r>
      <w:r>
        <w:br/>
      </w:r>
      <w:r>
        <w:rPr>
          <w:spacing w:val="-10"/>
          <w:rFonts w:ascii="Aptos" w:hAnsi="Aptos" w:eastAsia="Aptos"/>
          <w:color w:val="000000"/>
          <w:sz w:val="36"/>
        </w:rPr>
        <w:t xml:space="preserve">uso quede habilitado. </w:t>
      </w:r>
    </w:p>
    <w:p>
      <w:pPr>
        <w:sectPr>
          <w:pgSz w:w="12240" w:h="15840"/>
          <w:pgMar w:top="240" w:right="240" w:bottom="218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825500</wp:posOffset>
            </wp:positionH>
            <wp:positionV relativeFrom="page">
              <wp:posOffset>1790700</wp:posOffset>
            </wp:positionV>
            <wp:extent cx="2571750" cy="3060700"/>
            <wp:wrapNone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060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4616450</wp:posOffset>
            </wp:positionH>
            <wp:positionV relativeFrom="page">
              <wp:posOffset>1860550</wp:posOffset>
            </wp:positionV>
            <wp:extent cx="2686050" cy="2984500"/>
            <wp:wrapNone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9845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768350</wp:posOffset>
            </wp:positionH>
            <wp:positionV relativeFrom="page">
              <wp:posOffset>5537200</wp:posOffset>
            </wp:positionV>
            <wp:extent cx="2628900" cy="2705100"/>
            <wp:wrapNone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7051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3854450</wp:posOffset>
            </wp:positionH>
            <wp:positionV relativeFrom="page">
              <wp:posOffset>5245100</wp:posOffset>
            </wp:positionV>
            <wp:extent cx="3289300" cy="2686050"/>
            <wp:wrapNone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268605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78" w:after="0"/>
        <w:ind w:left="0" w:right="0"/>
      </w:pPr>
    </w:p>
    <w:p>
      <w:pPr>
        <w:autoSpaceDN w:val="0"/>
        <w:autoSpaceDE w:val="0"/>
        <w:widowControl/>
        <w:spacing w:line="304" w:lineRule="exact" w:before="0" w:after="0"/>
        <w:ind w:left="1460" w:right="0" w:firstLine="0"/>
        <w:jc w:val="left"/>
      </w:pPr>
      <w:r>
        <w:rPr>
          <w:spacing w:val="-10"/>
          <w:rFonts w:ascii="Aptos" w:hAnsi="Aptos" w:eastAsia="Aptos"/>
          <w:color w:val="000000"/>
          <w:sz w:val="36"/>
        </w:rPr>
        <w:t xml:space="preserve">Index login dash board                  base de datos </w:t>
      </w:r>
    </w:p>
    <w:sectPr w:rsidR="00FC693F" w:rsidRPr="0006063C" w:rsidSect="00034616">
      <w:pgSz w:w="12240" w:h="15840"/>
      <w:pgMar w:top="240" w:right="240" w:bottom="240" w:left="240" w:header="720" w:footer="720" w:gutter="0"/>
      <w:cols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